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Volunteer Course Requirements</w:t>
      </w:r>
    </w:p>
    <w:p>
      <w:r>
        <w:t>The course can be completed through active participation in the organization of university, regional, and national sports competitions and sporting events announced during the semester.</w:t>
        <w:br/>
        <w:br/>
        <w:t>One advantage of this course is that a single event may count as several physical education class sessions.</w:t>
        <w:br/>
        <w:br/>
        <w:t>Important Information</w:t>
        <w:br/>
        <w:br/>
        <w:t>• The course does not require weekly attendance. Physical education requirements can be fulfilled at the time and location of the offered sporting events.</w:t>
        <w:br/>
        <w:t>• Detailed information will be provided via Neptun message at the beginning of the semester. Students will also receive weekly updates regarding available sporting events and the number of physical education sessions they are worth.</w:t>
        <w:br/>
        <w:t>• To complete the course with a Pass grade, students must accumulate at least 5 physical education sessions. For an Excellent Pass grade, at least 10 sessions are required.</w:t>
        <w:br/>
        <w:t>• One hour of participation counts as one course attendance unit; however, a minimum attendance of 4 hours is required at each event.</w:t>
        <w:br/>
        <w:t>• Expected sporting events include University National Championships, Regional University Championships, Intramural Championships, Hiking Day, Sports Days, Hiking Events, and Recreational Sports Programs.</w:t>
        <w:br/>
        <w:t>• We reserve the right to make changes to the announced opportunities.</w:t>
        <w:br/>
        <w:t>• If a student does not provide their course number, credits will not be automatically recorded.</w:t>
        <w:br/>
        <w:t>• Attendance credits are automatically recorded based on attendance sheets.</w:t>
        <w:br/>
        <w:br/>
        <w:t>Course Code: 155-T-SÖ-N-K</w:t>
        <w:br/>
        <w:t>Physical Education Instructor: Hiervarter Ákos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Tóth Mikolt</dc:creator>
  <keywords/>
  <dc:description>generated by python-docx</dc:description>
  <lastModifiedBy>Tóth Mikolt</lastModifiedBy>
  <revision>1</revision>
  <dcterms:created xsi:type="dcterms:W3CDTF">2026-09-02T11:28:58.2348087Z</dcterms:created>
  <dcterms:modified xsi:type="dcterms:W3CDTF">2026-09-02T11:28:58.2348087Z</dcterms:modified>
  <category/>
</coreProperties>
</file>